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5446" w14:textId="36748EEB" w:rsidR="009F36DE" w:rsidRDefault="006F4476" w:rsidP="00AF437F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255D14" wp14:editId="566D141B">
                <wp:simplePos x="0" y="0"/>
                <wp:positionH relativeFrom="column">
                  <wp:posOffset>4175760</wp:posOffset>
                </wp:positionH>
                <wp:positionV relativeFrom="paragraph">
                  <wp:posOffset>76200</wp:posOffset>
                </wp:positionV>
                <wp:extent cx="2255520" cy="1371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D1E4" w14:textId="77777777" w:rsidR="00F840AB" w:rsidRPr="00F840AB" w:rsidRDefault="006F4476" w:rsidP="00F840AB">
                            <w:pPr>
                              <w:pStyle w:val="NoSpacing"/>
                              <w:rPr>
                                <w:rFonts w:ascii="Harlow Solid Italic" w:hAnsi="Harlow Solid Italic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840AB">
                              <w:rPr>
                                <w:rFonts w:ascii="Harlow Solid Italic" w:hAnsi="Harlow Solid Italic"/>
                                <w:color w:val="1F497D" w:themeColor="text2"/>
                                <w:sz w:val="32"/>
                                <w:szCs w:val="32"/>
                              </w:rPr>
                              <w:t>Sponsorship Form</w:t>
                            </w:r>
                          </w:p>
                          <w:p w14:paraId="00A4BB2B" w14:textId="15F68166" w:rsidR="006F4476" w:rsidRPr="00F9586B" w:rsidRDefault="00B6376C" w:rsidP="00F840AB">
                            <w:pPr>
                              <w:pStyle w:val="NoSpacing"/>
                              <w:rPr>
                                <w:i/>
                                <w:iCs/>
                                <w:color w:val="1F497D" w:themeColor="text2"/>
                              </w:rPr>
                            </w:pPr>
                            <w:r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Casino Night p</w:t>
                            </w:r>
                            <w:r w:rsidR="00DC6520"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roceeds support </w:t>
                            </w:r>
                            <w:r w:rsidR="00794E99"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West Central’s mission of helping </w:t>
                            </w:r>
                            <w:r w:rsidR="00F840AB"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="00794E99"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ndividual</w:t>
                            </w:r>
                            <w:r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s</w:t>
                            </w:r>
                            <w:r w:rsidR="00794E99" w:rsidRPr="00F9586B">
                              <w:rPr>
                                <w:rFonts w:cstheme="majorHAnsi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&amp; families achieve &amp; maintain safe, stable housing.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55D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8pt;margin-top:6pt;width:177.6pt;height:10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4OIAIAAB4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" stroked="f">
                <v:textbox>
                  <w:txbxContent>
                    <w:p w14:paraId="2CCED1E4" w14:textId="77777777" w:rsidR="00F840AB" w:rsidRPr="00F840AB" w:rsidRDefault="006F4476" w:rsidP="00F840AB">
                      <w:pPr>
                        <w:pStyle w:val="NoSpacing"/>
                        <w:rPr>
                          <w:rFonts w:ascii="Harlow Solid Italic" w:hAnsi="Harlow Solid Italic"/>
                          <w:color w:val="1F497D" w:themeColor="text2"/>
                          <w:sz w:val="32"/>
                          <w:szCs w:val="32"/>
                        </w:rPr>
                      </w:pPr>
                      <w:r w:rsidRPr="00F840AB">
                        <w:rPr>
                          <w:rFonts w:ascii="Harlow Solid Italic" w:hAnsi="Harlow Solid Italic"/>
                          <w:color w:val="1F497D" w:themeColor="text2"/>
                          <w:sz w:val="32"/>
                          <w:szCs w:val="32"/>
                        </w:rPr>
                        <w:t>Sponsorship Form</w:t>
                      </w:r>
                    </w:p>
                    <w:p w14:paraId="00A4BB2B" w14:textId="15F68166" w:rsidR="006F4476" w:rsidRPr="00F9586B" w:rsidRDefault="00B6376C" w:rsidP="00F840AB">
                      <w:pPr>
                        <w:pStyle w:val="NoSpacing"/>
                        <w:rPr>
                          <w:i/>
                          <w:iCs/>
                          <w:color w:val="1F497D" w:themeColor="text2"/>
                        </w:rPr>
                      </w:pPr>
                      <w:r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Casino Night p</w:t>
                      </w:r>
                      <w:r w:rsidR="00DC6520"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roceeds support </w:t>
                      </w:r>
                      <w:r w:rsidR="00794E99"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West Central’s mission of helping </w:t>
                      </w:r>
                      <w:r w:rsidR="00F840AB"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i</w:t>
                      </w:r>
                      <w:r w:rsidR="00794E99"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ndividual</w:t>
                      </w:r>
                      <w:r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s</w:t>
                      </w:r>
                      <w:r w:rsidR="00794E99" w:rsidRPr="00F9586B">
                        <w:rPr>
                          <w:rFonts w:cstheme="majorHAnsi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&amp; families achieve &amp; maintain safe, stable housing.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838">
        <w:t xml:space="preserve">           </w:t>
      </w:r>
      <w:r w:rsidR="00C34A78">
        <w:rPr>
          <w:noProof/>
        </w:rPr>
        <w:drawing>
          <wp:inline distT="0" distB="0" distL="0" distR="0" wp14:anchorId="309BA0EB" wp14:editId="76EEDA93">
            <wp:extent cx="3855720" cy="10458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l="7024" t="24464" r="7262" b="31964"/>
                    <a:stretch/>
                  </pic:blipFill>
                  <pic:spPr bwMode="auto">
                    <a:xfrm>
                      <a:off x="0" y="0"/>
                      <a:ext cx="3870751" cy="104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F24D" w14:textId="77777777" w:rsidR="005F270B" w:rsidRPr="005C7E7D" w:rsidRDefault="005F270B" w:rsidP="00A270A7">
      <w:pPr>
        <w:pStyle w:val="NoSpacing"/>
        <w:rPr>
          <w:sz w:val="16"/>
          <w:szCs w:val="16"/>
        </w:rPr>
      </w:pPr>
    </w:p>
    <w:p w14:paraId="40CBFF26" w14:textId="7C1C641A" w:rsidR="00BF6ECA" w:rsidRDefault="00A76113" w:rsidP="00A270A7">
      <w:pPr>
        <w:pStyle w:val="NoSpacing"/>
      </w:pPr>
      <w:r>
        <w:t>Organization/Company/Individual</w:t>
      </w:r>
      <w:r w:rsidR="00726E18">
        <w:t>: _____</w:t>
      </w:r>
      <w:r w:rsidR="005F270B">
        <w:t>_______________________________________</w:t>
      </w:r>
      <w:r w:rsidR="00726E18">
        <w:t>__</w:t>
      </w:r>
      <w:r w:rsidR="00A270A7">
        <w:t>__________________</w:t>
      </w:r>
      <w:r w:rsidR="005F270B">
        <w:t>__________________</w:t>
      </w:r>
    </w:p>
    <w:p w14:paraId="6BE2ABA1" w14:textId="018DC938" w:rsidR="009F36DE" w:rsidRPr="00DB4A15" w:rsidRDefault="00A270A7" w:rsidP="00A270A7">
      <w:pPr>
        <w:pStyle w:val="NoSpacing"/>
        <w:rPr>
          <w:i/>
          <w:iCs/>
          <w:sz w:val="20"/>
          <w:szCs w:val="20"/>
        </w:rPr>
      </w:pPr>
      <w:r>
        <w:t xml:space="preserve">                                                                                  </w:t>
      </w:r>
      <w:r w:rsidR="00F12916">
        <w:t xml:space="preserve">    </w:t>
      </w:r>
      <w:r>
        <w:t xml:space="preserve">      </w:t>
      </w:r>
      <w:r w:rsidRPr="00DB4A15">
        <w:rPr>
          <w:i/>
          <w:iCs/>
          <w:sz w:val="20"/>
          <w:szCs w:val="20"/>
        </w:rPr>
        <w:t xml:space="preserve">  </w:t>
      </w:r>
      <w:r w:rsidR="009F36DE" w:rsidRPr="00DB4A15">
        <w:rPr>
          <w:i/>
          <w:iCs/>
          <w:sz w:val="20"/>
          <w:szCs w:val="20"/>
        </w:rPr>
        <w:t xml:space="preserve">(Exactly as it should appear on </w:t>
      </w:r>
      <w:r w:rsidRPr="00DB4A15">
        <w:rPr>
          <w:i/>
          <w:iCs/>
          <w:sz w:val="20"/>
          <w:szCs w:val="20"/>
        </w:rPr>
        <w:t>event materials)</w:t>
      </w:r>
    </w:p>
    <w:p w14:paraId="17DA6981" w14:textId="77777777" w:rsidR="00602AA3" w:rsidRPr="00602AA3" w:rsidRDefault="00602AA3" w:rsidP="00BF6ECA">
      <w:pPr>
        <w:pStyle w:val="NoSpacing"/>
        <w:rPr>
          <w:sz w:val="16"/>
          <w:szCs w:val="16"/>
        </w:rPr>
      </w:pPr>
    </w:p>
    <w:p w14:paraId="10B48930" w14:textId="26B8BA93" w:rsidR="008F584D" w:rsidRDefault="00726E18" w:rsidP="00BF6ECA">
      <w:pPr>
        <w:pStyle w:val="NoSpacing"/>
      </w:pPr>
      <w:r>
        <w:t>Contact Person: __________________________________________</w:t>
      </w:r>
      <w:r w:rsidR="000909B6">
        <w:t>___________________________________________________________</w:t>
      </w:r>
      <w:r>
        <w:t>___</w:t>
      </w:r>
    </w:p>
    <w:p w14:paraId="12BE9E60" w14:textId="77777777" w:rsidR="000909B6" w:rsidRDefault="000909B6" w:rsidP="00BF6ECA">
      <w:pPr>
        <w:pStyle w:val="NoSpacing"/>
      </w:pPr>
    </w:p>
    <w:p w14:paraId="30418CDD" w14:textId="2E89C3B4" w:rsidR="000909B6" w:rsidRDefault="00726E18" w:rsidP="00BF6ECA">
      <w:pPr>
        <w:pStyle w:val="NoSpacing"/>
      </w:pPr>
      <w:r>
        <w:t>Email Address: _______________________________________________</w:t>
      </w:r>
      <w:r w:rsidR="000909B6">
        <w:t>_____</w:t>
      </w:r>
      <w:r w:rsidR="00CA7DE2">
        <w:t xml:space="preserve">     Phone: __________________________________________</w:t>
      </w:r>
    </w:p>
    <w:p w14:paraId="1E4B27BF" w14:textId="77777777" w:rsidR="00CA7DE2" w:rsidRDefault="00CA7DE2" w:rsidP="00BF6ECA">
      <w:pPr>
        <w:pStyle w:val="NoSpacing"/>
      </w:pPr>
    </w:p>
    <w:p w14:paraId="2329E865" w14:textId="0DE51645" w:rsidR="008F584D" w:rsidRDefault="00726E18" w:rsidP="00BF6ECA">
      <w:pPr>
        <w:pStyle w:val="NoSpacing"/>
      </w:pPr>
      <w:r>
        <w:t>Address: ______</w:t>
      </w:r>
      <w:r w:rsidR="00C770B9">
        <w:t>___________________________________________________________</w:t>
      </w:r>
      <w:r>
        <w:t>_______________________________________________</w:t>
      </w:r>
    </w:p>
    <w:p w14:paraId="057F4E4E" w14:textId="77777777" w:rsidR="000909B6" w:rsidRDefault="000909B6" w:rsidP="00BF6ECA">
      <w:pPr>
        <w:pStyle w:val="NoSpacing"/>
      </w:pPr>
    </w:p>
    <w:p w14:paraId="19C53E77" w14:textId="79930A05" w:rsidR="008F584D" w:rsidRDefault="00726E18" w:rsidP="00BF6ECA">
      <w:pPr>
        <w:pStyle w:val="NoSpacing"/>
      </w:pPr>
      <w:r>
        <w:t>City/State/Zip: ________</w:t>
      </w:r>
      <w:r w:rsidR="00C770B9">
        <w:t>___________________________________________________________</w:t>
      </w:r>
      <w:r>
        <w:t>______________________________________</w:t>
      </w:r>
    </w:p>
    <w:p w14:paraId="7137EE1C" w14:textId="77777777" w:rsidR="006E370D" w:rsidRPr="00E2342A" w:rsidRDefault="006E370D" w:rsidP="00BF6ECA">
      <w:pPr>
        <w:pStyle w:val="NoSpacing"/>
        <w:rPr>
          <w:sz w:val="12"/>
          <w:szCs w:val="12"/>
        </w:rPr>
      </w:pPr>
    </w:p>
    <w:p w14:paraId="78456058" w14:textId="0C406255" w:rsidR="006E370D" w:rsidRPr="00AE2FAE" w:rsidRDefault="006E370D" w:rsidP="00BF6ECA">
      <w:pPr>
        <w:pStyle w:val="NoSpacing"/>
        <w:rPr>
          <w:rFonts w:ascii="Harlow Solid Italic" w:hAnsi="Harlow Solid Italic"/>
          <w:color w:val="1F497D" w:themeColor="text2"/>
          <w:sz w:val="32"/>
          <w:szCs w:val="32"/>
        </w:rPr>
      </w:pPr>
      <w:r w:rsidRPr="00AE2FAE">
        <w:rPr>
          <w:rFonts w:ascii="Harlow Solid Italic" w:hAnsi="Harlow Solid Italic"/>
          <w:color w:val="1F497D" w:themeColor="text2"/>
          <w:sz w:val="32"/>
          <w:szCs w:val="32"/>
        </w:rPr>
        <w:t>2026 Sponsorship Opportunities</w:t>
      </w:r>
    </w:p>
    <w:p w14:paraId="18D282AA" w14:textId="2771C2D6" w:rsidR="000C7D71" w:rsidRPr="00E2342A" w:rsidRDefault="000C7D71" w:rsidP="00BF6ECA">
      <w:pPr>
        <w:pStyle w:val="NoSpacing"/>
        <w:rPr>
          <w:rFonts w:ascii="Harlow Solid Italic" w:hAnsi="Harlow Solid Italic"/>
          <w:sz w:val="12"/>
          <w:szCs w:val="12"/>
        </w:rPr>
      </w:pPr>
    </w:p>
    <w:p w14:paraId="0FF370B1" w14:textId="77777777" w:rsidR="000504D8" w:rsidRDefault="00AE71CD" w:rsidP="001A3DE1">
      <w:pPr>
        <w:pStyle w:val="NoSpacing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801876" wp14:editId="1A1C66F4">
                <wp:simplePos x="0" y="0"/>
                <wp:positionH relativeFrom="column">
                  <wp:posOffset>-19050</wp:posOffset>
                </wp:positionH>
                <wp:positionV relativeFrom="paragraph">
                  <wp:posOffset>22225</wp:posOffset>
                </wp:positionV>
                <wp:extent cx="110490" cy="148590"/>
                <wp:effectExtent l="57150" t="19050" r="80010" b="990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00901" id="Rectangle 2" o:spid="_x0000_s1026" style="position:absolute;margin-left:-1.5pt;margin-top:1.75pt;width:8.7pt;height:1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" filled="f" strokecolor="black [3213]" strokeweight="1.5pt">
                <v:shadow on="t" color="black" opacity="22937f" origin=",.5" offset="0,.63889mm"/>
              </v:rect>
            </w:pict>
          </mc:Fallback>
        </mc:AlternateContent>
      </w:r>
      <w:r w:rsidR="00B14364">
        <w:rPr>
          <w:b/>
          <w:bCs/>
        </w:rPr>
        <w:t xml:space="preserve">    </w:t>
      </w:r>
      <w:r w:rsidR="000B6E3B">
        <w:rPr>
          <w:b/>
          <w:bCs/>
        </w:rPr>
        <w:t xml:space="preserve"> </w:t>
      </w:r>
      <w:r w:rsidR="006E370D" w:rsidRPr="00775631">
        <w:rPr>
          <w:b/>
          <w:bCs/>
        </w:rPr>
        <w:t>Royal Flush Sponsor – $3,000</w:t>
      </w:r>
      <w:r w:rsidR="00F72C7F">
        <w:rPr>
          <w:b/>
          <w:bCs/>
        </w:rPr>
        <w:t xml:space="preserve"> </w:t>
      </w:r>
      <w:r w:rsidR="000C7D71">
        <w:rPr>
          <w:b/>
          <w:bCs/>
        </w:rPr>
        <w:t xml:space="preserve">  </w:t>
      </w:r>
    </w:p>
    <w:p w14:paraId="1AD33365" w14:textId="2C4C57A7" w:rsidR="006E370D" w:rsidRPr="000504D8" w:rsidRDefault="000504D8" w:rsidP="001411EA">
      <w:pPr>
        <w:pStyle w:val="NoSpacing"/>
        <w:ind w:firstLine="720"/>
        <w:rPr>
          <w:b/>
          <w:bCs/>
        </w:rPr>
      </w:pPr>
      <w:r>
        <w:t>•</w:t>
      </w:r>
      <w:r w:rsidR="001A3DE1">
        <w:t>Premium placement in event slideshow</w:t>
      </w:r>
      <w:r w:rsidR="00BF5E31">
        <w:t xml:space="preserve"> </w:t>
      </w:r>
      <w:r>
        <w:tab/>
      </w:r>
      <w:r w:rsidR="00E84E55">
        <w:tab/>
        <w:t>•</w:t>
      </w:r>
      <w:r w:rsidR="001A3DE1">
        <w:t>4 Event tickets</w:t>
      </w:r>
    </w:p>
    <w:p w14:paraId="26A0E2FD" w14:textId="07CB730B" w:rsidR="002917DB" w:rsidRDefault="000504D8" w:rsidP="001411EA">
      <w:pPr>
        <w:pStyle w:val="NoSpacing"/>
        <w:ind w:left="720"/>
      </w:pPr>
      <w:r>
        <w:t>•</w:t>
      </w:r>
      <w:r w:rsidR="006E370D">
        <w:t>Individual social media spotlight posts</w:t>
      </w:r>
      <w:r w:rsidR="00CA4F37">
        <w:t xml:space="preserve">    </w:t>
      </w:r>
      <w:r w:rsidR="00935850">
        <w:t xml:space="preserve">        </w:t>
      </w:r>
      <w:r w:rsidR="00E84E55">
        <w:tab/>
      </w:r>
      <w:r w:rsidR="00E84E55">
        <w:tab/>
        <w:t>•</w:t>
      </w:r>
      <w:r w:rsidR="00935850">
        <w:t>Premium placement in event program</w:t>
      </w:r>
      <w:r w:rsidR="00CA4F37">
        <w:t xml:space="preserve">                                    </w:t>
      </w:r>
      <w:r w:rsidR="00E84E55">
        <w:t>•</w:t>
      </w:r>
      <w:r w:rsidR="00A14B16">
        <w:t xml:space="preserve">Recognition on casino table marquis </w:t>
      </w:r>
      <w:r w:rsidR="00541E11">
        <w:t>during even</w:t>
      </w:r>
      <w:r w:rsidR="009541B0">
        <w:t>t</w:t>
      </w:r>
      <w:r w:rsidR="009541B0">
        <w:tab/>
      </w:r>
      <w:r w:rsidR="00F2178B">
        <w:t xml:space="preserve"> </w:t>
      </w:r>
      <w:r w:rsidR="007C2DBD">
        <w:t xml:space="preserve"> </w:t>
      </w:r>
    </w:p>
    <w:p w14:paraId="5305434E" w14:textId="77777777" w:rsidR="001E169E" w:rsidRDefault="001D2D7E" w:rsidP="00F62FE3">
      <w:pPr>
        <w:pStyle w:val="NoSpacing"/>
        <w:rPr>
          <w:b/>
          <w:bCs/>
        </w:rPr>
      </w:pPr>
      <w:r>
        <w:rPr>
          <w:b/>
          <w:bCs/>
        </w:rPr>
        <w:t xml:space="preserve"> </w:t>
      </w:r>
      <w:r w:rsidR="00AE71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AD636" wp14:editId="31A88FB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10490" cy="148590"/>
                <wp:effectExtent l="57150" t="19050" r="80010" b="990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164F5" id="Rectangle 10" o:spid="_x0000_s1026" style="position:absolute;margin-left:0;margin-top:1.45pt;width:8.7pt;height:1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>
        <w:rPr>
          <w:b/>
          <w:bCs/>
        </w:rPr>
        <w:t xml:space="preserve">   </w:t>
      </w:r>
      <w:r w:rsidR="000B6E3B">
        <w:rPr>
          <w:b/>
          <w:bCs/>
        </w:rPr>
        <w:t xml:space="preserve">  </w:t>
      </w:r>
      <w:r w:rsidR="006E370D" w:rsidRPr="00775631">
        <w:rPr>
          <w:b/>
          <w:bCs/>
        </w:rPr>
        <w:t>High Roller Sponsor – $1,000</w:t>
      </w:r>
    </w:p>
    <w:p w14:paraId="7D65A950" w14:textId="73EF9085" w:rsidR="006E370D" w:rsidRPr="001E169E" w:rsidRDefault="001E169E" w:rsidP="001411EA">
      <w:pPr>
        <w:pStyle w:val="NoSpacing"/>
        <w:ind w:firstLine="720"/>
        <w:rPr>
          <w:b/>
          <w:bCs/>
        </w:rPr>
      </w:pPr>
      <w:r>
        <w:rPr>
          <w:b/>
          <w:bCs/>
        </w:rPr>
        <w:t>•</w:t>
      </w:r>
      <w:r w:rsidR="001A3DE1">
        <w:t>Logo</w:t>
      </w:r>
      <w:r w:rsidR="00F62FE3">
        <w:t xml:space="preserve"> &amp; contact information</w:t>
      </w:r>
      <w:r w:rsidR="001A3DE1">
        <w:t xml:space="preserve"> in event slide show   </w:t>
      </w:r>
      <w:r w:rsidR="00F62FE3">
        <w:t xml:space="preserve">  </w:t>
      </w:r>
      <w:r>
        <w:tab/>
      </w:r>
      <w:r w:rsidR="003547BA">
        <w:t>•</w:t>
      </w:r>
      <w:r w:rsidR="008F3848">
        <w:t>2 Event Tickets</w:t>
      </w:r>
    </w:p>
    <w:p w14:paraId="5D7780A9" w14:textId="48883454" w:rsidR="006E370D" w:rsidRDefault="001E169E" w:rsidP="001411EA">
      <w:pPr>
        <w:pStyle w:val="NoSpacing"/>
        <w:ind w:firstLine="720"/>
      </w:pPr>
      <w:r>
        <w:t>•</w:t>
      </w:r>
      <w:r w:rsidR="006E370D">
        <w:t>Individual social media post</w:t>
      </w:r>
      <w:r w:rsidR="00817A7E">
        <w:t xml:space="preserve">    </w:t>
      </w:r>
      <w:r w:rsidR="001041D4">
        <w:t xml:space="preserve">     </w:t>
      </w:r>
      <w:r w:rsidR="00817A7E">
        <w:t xml:space="preserve"> </w:t>
      </w:r>
      <w:r w:rsidR="00F62FE3">
        <w:t xml:space="preserve">                                     </w:t>
      </w:r>
      <w:r w:rsidR="003547BA">
        <w:tab/>
        <w:t>•</w:t>
      </w:r>
      <w:r w:rsidR="001041D4">
        <w:t>Inside placement in event program</w:t>
      </w:r>
    </w:p>
    <w:p w14:paraId="4C8FB793" w14:textId="75A37AE5" w:rsidR="006E370D" w:rsidRDefault="001E169E" w:rsidP="001411EA">
      <w:pPr>
        <w:pStyle w:val="NoSpacing"/>
        <w:ind w:firstLine="720"/>
      </w:pPr>
      <w:r>
        <w:t>•</w:t>
      </w:r>
      <w:r w:rsidR="006E370D">
        <w:t xml:space="preserve">Recognition on </w:t>
      </w:r>
      <w:r w:rsidR="00A45FFC">
        <w:t>casino table marquis during event</w:t>
      </w:r>
      <w:r w:rsidR="008F3848">
        <w:tab/>
      </w:r>
    </w:p>
    <w:p w14:paraId="4082569F" w14:textId="305EEBC4" w:rsidR="006E370D" w:rsidRPr="00775631" w:rsidRDefault="001D2D7E" w:rsidP="00BF6ECA">
      <w:pPr>
        <w:pStyle w:val="NoSpacing"/>
        <w:rPr>
          <w:b/>
          <w:bCs/>
        </w:rPr>
      </w:pPr>
      <w:r>
        <w:rPr>
          <w:b/>
          <w:bCs/>
        </w:rPr>
        <w:t xml:space="preserve">    </w:t>
      </w:r>
      <w:r w:rsidR="000B6E3B">
        <w:rPr>
          <w:b/>
          <w:bCs/>
        </w:rPr>
        <w:t xml:space="preserve"> </w:t>
      </w:r>
      <w:r w:rsidR="00AE71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77FFD" wp14:editId="1D45F92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10490" cy="148590"/>
                <wp:effectExtent l="57150" t="19050" r="80010" b="990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CCC5" id="Rectangle 12" o:spid="_x0000_s1026" style="position:absolute;margin-left:0;margin-top:1.45pt;width:8.7pt;height:1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 w:rsidR="000B6E3B">
        <w:rPr>
          <w:b/>
          <w:bCs/>
        </w:rPr>
        <w:t xml:space="preserve"> </w:t>
      </w:r>
      <w:r w:rsidR="006E370D" w:rsidRPr="00775631">
        <w:rPr>
          <w:b/>
          <w:bCs/>
        </w:rPr>
        <w:t>Ace Sponsor – $500</w:t>
      </w:r>
    </w:p>
    <w:p w14:paraId="73E9B9C0" w14:textId="6539A031" w:rsidR="006E370D" w:rsidRDefault="003547BA" w:rsidP="001411EA">
      <w:pPr>
        <w:pStyle w:val="NoSpacing"/>
        <w:ind w:firstLine="720"/>
      </w:pPr>
      <w:r>
        <w:t>•</w:t>
      </w:r>
      <w:r w:rsidR="00F62FE3">
        <w:t>Logo in event slideshow</w:t>
      </w:r>
      <w:r w:rsidR="006F45E0">
        <w:t xml:space="preserve">  </w:t>
      </w:r>
      <w:r w:rsidR="00F62FE3">
        <w:t xml:space="preserve">                                                   </w:t>
      </w:r>
      <w:r w:rsidR="00E2342A">
        <w:t xml:space="preserve">  </w:t>
      </w:r>
      <w:r>
        <w:tab/>
        <w:t>•</w:t>
      </w:r>
      <w:r w:rsidR="00F62FE3">
        <w:t>Group social media recognition</w:t>
      </w:r>
    </w:p>
    <w:p w14:paraId="6887F99A" w14:textId="6EC36E09" w:rsidR="006E370D" w:rsidRDefault="003547BA" w:rsidP="001411EA">
      <w:pPr>
        <w:pStyle w:val="NoSpacing"/>
        <w:ind w:firstLine="720"/>
      </w:pPr>
      <w:r>
        <w:t>•</w:t>
      </w:r>
      <w:r w:rsidR="006E370D">
        <w:t xml:space="preserve">Recognition on </w:t>
      </w:r>
      <w:r w:rsidR="00A45FFC">
        <w:t>casino table marquis during event</w:t>
      </w:r>
      <w:r w:rsidR="00F62FE3">
        <w:t xml:space="preserve"> </w:t>
      </w:r>
      <w:r w:rsidR="00F62FE3">
        <w:tab/>
      </w:r>
      <w:r w:rsidR="003A785C">
        <w:t>•</w:t>
      </w:r>
      <w:r w:rsidR="00F62FE3">
        <w:t>Logo in event program</w:t>
      </w:r>
    </w:p>
    <w:p w14:paraId="437F76B7" w14:textId="4167CB3E" w:rsidR="006E370D" w:rsidRPr="00775631" w:rsidRDefault="001D2D7E" w:rsidP="00BF6ECA">
      <w:pPr>
        <w:pStyle w:val="NoSpacing"/>
        <w:rPr>
          <w:b/>
          <w:bCs/>
        </w:rPr>
      </w:pPr>
      <w:r>
        <w:rPr>
          <w:b/>
          <w:bCs/>
        </w:rPr>
        <w:t xml:space="preserve">    </w:t>
      </w:r>
      <w:r w:rsidR="00AE71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BE639" wp14:editId="754BDFB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10490" cy="148590"/>
                <wp:effectExtent l="57150" t="19050" r="80010" b="990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49F04" id="Rectangle 13" o:spid="_x0000_s1026" style="position:absolute;margin-left:0;margin-top:1.5pt;width:8.7pt;height:1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 w:rsidR="000B6E3B">
        <w:rPr>
          <w:b/>
          <w:bCs/>
        </w:rPr>
        <w:t xml:space="preserve">  </w:t>
      </w:r>
      <w:r w:rsidR="006E370D" w:rsidRPr="00775631">
        <w:rPr>
          <w:b/>
          <w:bCs/>
        </w:rPr>
        <w:t>Lucky Chip Sponsor – $250</w:t>
      </w:r>
    </w:p>
    <w:p w14:paraId="0FB7AC2E" w14:textId="5A61413C" w:rsidR="008B1E87" w:rsidRDefault="003A785C" w:rsidP="001411EA">
      <w:pPr>
        <w:pStyle w:val="NoSpacing"/>
        <w:ind w:firstLine="720"/>
      </w:pPr>
      <w:r>
        <w:t>•</w:t>
      </w:r>
      <w:r w:rsidR="00F62FE3">
        <w:t xml:space="preserve">Name/business listed in event slide show                   </w:t>
      </w:r>
      <w:r>
        <w:tab/>
        <w:t>•</w:t>
      </w:r>
      <w:r w:rsidR="00F75FC3">
        <w:t>Group social media recognition</w:t>
      </w:r>
      <w:r w:rsidR="006F45E0">
        <w:t xml:space="preserve">         </w:t>
      </w:r>
    </w:p>
    <w:p w14:paraId="7D948E8A" w14:textId="60107F46" w:rsidR="00A70B0A" w:rsidRDefault="003A785C" w:rsidP="001411EA">
      <w:pPr>
        <w:pStyle w:val="NoSpacing"/>
        <w:ind w:firstLine="720"/>
      </w:pPr>
      <w:r>
        <w:t>•</w:t>
      </w:r>
      <w:r w:rsidR="00A70B0A">
        <w:t xml:space="preserve">Recognition on casino </w:t>
      </w:r>
      <w:r w:rsidR="002D7C65">
        <w:t>table marquis during event</w:t>
      </w:r>
      <w:r w:rsidR="001A3DE1">
        <w:t xml:space="preserve">    </w:t>
      </w:r>
      <w:r w:rsidR="0076559D">
        <w:t xml:space="preserve"> </w:t>
      </w:r>
      <w:r w:rsidR="001A3DE1">
        <w:t xml:space="preserve">  </w:t>
      </w:r>
      <w:r>
        <w:t>•</w:t>
      </w:r>
      <w:r w:rsidR="001A3DE1">
        <w:t>Name/business listed i</w:t>
      </w:r>
      <w:r w:rsidR="00F62FE3">
        <w:t>n event program</w:t>
      </w:r>
    </w:p>
    <w:p w14:paraId="4949BDBF" w14:textId="51F21734" w:rsidR="002D7C65" w:rsidRPr="002D7C65" w:rsidRDefault="001A3DE1" w:rsidP="001A3DE1">
      <w:pPr>
        <w:pStyle w:val="NoSpacing"/>
        <w:tabs>
          <w:tab w:val="left" w:pos="6144"/>
        </w:tabs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>
        <w:rPr>
          <w:sz w:val="16"/>
          <w:szCs w:val="16"/>
        </w:rPr>
        <w:tab/>
      </w:r>
      <w:r w:rsidR="00AB412F">
        <w:rPr>
          <w:sz w:val="16"/>
          <w:szCs w:val="16"/>
        </w:rPr>
        <w:t xml:space="preserve">                                                                  </w:t>
      </w:r>
    </w:p>
    <w:p w14:paraId="415E0844" w14:textId="0793BB23" w:rsidR="008B1E87" w:rsidRDefault="008B1E87" w:rsidP="008B1E87">
      <w:pPr>
        <w:pStyle w:val="NoSpacing"/>
      </w:pPr>
      <w:r>
        <w:t xml:space="preserve">    </w:t>
      </w:r>
      <w:r w:rsidR="00960E8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A4016" wp14:editId="17B9461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10490" cy="148590"/>
                <wp:effectExtent l="57150" t="19050" r="80010" b="990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0D4E" id="Rectangle 14" o:spid="_x0000_s1026" style="position:absolute;margin-left:0;margin-top:1.5pt;width:8.7pt;height:1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>
        <w:t xml:space="preserve">   </w:t>
      </w:r>
      <w:r w:rsidRPr="00F068C7">
        <w:rPr>
          <w:b/>
          <w:bCs/>
        </w:rPr>
        <w:t>Other donation amount --</w:t>
      </w:r>
      <w:r>
        <w:t xml:space="preserve"> $___________ All donations are appreciated!</w:t>
      </w:r>
    </w:p>
    <w:p w14:paraId="05404507" w14:textId="72213B46" w:rsidR="009A6631" w:rsidRPr="00D82302" w:rsidRDefault="009A6631" w:rsidP="00BF6ECA">
      <w:pPr>
        <w:pStyle w:val="NoSpacing"/>
        <w:rPr>
          <w:sz w:val="16"/>
          <w:szCs w:val="16"/>
        </w:rPr>
      </w:pPr>
    </w:p>
    <w:p w14:paraId="0014BC42" w14:textId="52380C6E" w:rsidR="008D5015" w:rsidRDefault="00960E88" w:rsidP="008B1E87">
      <w:pPr>
        <w:pStyle w:val="NoSpacing"/>
        <w:ind w:left="288"/>
      </w:pPr>
      <w:r w:rsidRPr="00F068C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647024" wp14:editId="4B41C5C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10490" cy="148590"/>
                <wp:effectExtent l="57150" t="19050" r="80010" b="990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485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E00A3" id="Rectangle 15" o:spid="_x0000_s1026" style="position:absolute;margin-left:0;margin-top:1.45pt;width:8.7pt;height:1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 w:rsidR="006335DD" w:rsidRPr="00F068C7">
        <w:rPr>
          <w:b/>
          <w:bCs/>
        </w:rPr>
        <w:t xml:space="preserve">Custom Sponsorships </w:t>
      </w:r>
      <w:r w:rsidR="0067012C" w:rsidRPr="00F068C7">
        <w:rPr>
          <w:b/>
          <w:bCs/>
        </w:rPr>
        <w:t>–</w:t>
      </w:r>
      <w:r w:rsidR="0067012C">
        <w:t xml:space="preserve"> If you would like to sponsor an aspect of the event such as the meal, </w:t>
      </w:r>
      <w:r w:rsidR="008B1E87">
        <w:t>drink                tickets,</w:t>
      </w:r>
      <w:r w:rsidR="00F12916">
        <w:t xml:space="preserve"> door prizes</w:t>
      </w:r>
      <w:r w:rsidR="008B1E87">
        <w:t xml:space="preserve">, etc.  Please call </w:t>
      </w:r>
      <w:r w:rsidR="004E44F0">
        <w:t xml:space="preserve">Julie Engeman at </w:t>
      </w:r>
      <w:r w:rsidR="00D768A3">
        <w:t xml:space="preserve">660-476-2185, ext. 1101, or email </w:t>
      </w:r>
      <w:hyperlink r:id="rId7" w:history="1">
        <w:r w:rsidR="00137927" w:rsidRPr="004A408B">
          <w:rPr>
            <w:rStyle w:val="Hyperlink"/>
          </w:rPr>
          <w:t>info@wcmcaa.org</w:t>
        </w:r>
      </w:hyperlink>
      <w:r w:rsidR="00D768A3">
        <w:t>.</w:t>
      </w:r>
      <w:r w:rsidR="00137927">
        <w:t xml:space="preserve"> (</w:t>
      </w:r>
      <w:r w:rsidR="00AF1C7C">
        <w:t xml:space="preserve">Recognition varies based on the sponsorship opportunity selected.) </w:t>
      </w:r>
    </w:p>
    <w:p w14:paraId="4057B1C2" w14:textId="18FB9CA7" w:rsidR="006E370D" w:rsidRPr="00E2342A" w:rsidRDefault="006E370D" w:rsidP="00BF6ECA">
      <w:pPr>
        <w:pStyle w:val="NoSpacing"/>
        <w:rPr>
          <w:sz w:val="12"/>
          <w:szCs w:val="12"/>
        </w:rPr>
      </w:pPr>
    </w:p>
    <w:p w14:paraId="3C8E1C09" w14:textId="510D1FD8" w:rsidR="00E21802" w:rsidRPr="00AE2FAE" w:rsidRDefault="00E21802" w:rsidP="00BF6ECA">
      <w:pPr>
        <w:pStyle w:val="NoSpacing"/>
        <w:rPr>
          <w:rFonts w:ascii="Harlow Solid Italic" w:hAnsi="Harlow Solid Italic"/>
          <w:color w:val="1F497D" w:themeColor="text2"/>
          <w:sz w:val="28"/>
          <w:szCs w:val="28"/>
        </w:rPr>
      </w:pPr>
      <w:r w:rsidRPr="00AE2FAE">
        <w:rPr>
          <w:rFonts w:ascii="Harlow Solid Italic" w:hAnsi="Harlow Solid Italic"/>
          <w:color w:val="1F497D" w:themeColor="text2"/>
          <w:sz w:val="28"/>
          <w:szCs w:val="28"/>
        </w:rPr>
        <w:t>Payment Options</w:t>
      </w:r>
      <w:r w:rsidR="00306D95" w:rsidRPr="00AE2FAE">
        <w:rPr>
          <w:rFonts w:ascii="Harlow Solid Italic" w:hAnsi="Harlow Solid Italic"/>
          <w:color w:val="1F497D" w:themeColor="text2"/>
          <w:sz w:val="28"/>
          <w:szCs w:val="28"/>
        </w:rPr>
        <w:t>:</w:t>
      </w:r>
      <w:r w:rsidR="00D777DB">
        <w:rPr>
          <w:rFonts w:ascii="Harlow Solid Italic" w:hAnsi="Harlow Solid Italic"/>
          <w:color w:val="1F497D" w:themeColor="text2"/>
          <w:sz w:val="28"/>
          <w:szCs w:val="28"/>
        </w:rPr>
        <w:t xml:space="preserve">                                                                                      </w:t>
      </w:r>
    </w:p>
    <w:p w14:paraId="7AB9DD87" w14:textId="4A99EED2" w:rsidR="00E21802" w:rsidRDefault="00306D95" w:rsidP="00BF6ECA">
      <w:pPr>
        <w:pStyle w:val="NoSpacing"/>
      </w:pPr>
      <w:r>
        <w:t xml:space="preserve"> </w:t>
      </w:r>
      <w:r w:rsidR="00B5070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FC704" wp14:editId="7312BED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7630" cy="125730"/>
                <wp:effectExtent l="57150" t="19050" r="83820" b="1028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257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DA2B" id="Rectangle 9" o:spid="_x0000_s1026" style="position:absolute;margin-left:0;margin-top:1.5pt;width:6.9pt;height: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>
        <w:t xml:space="preserve">     </w:t>
      </w:r>
      <w:r w:rsidR="00E21802">
        <w:t>Enclosed is my payment in the amount of $_______________</w:t>
      </w:r>
      <w:r w:rsidR="00D777DB">
        <w:t xml:space="preserve">                                         </w:t>
      </w:r>
    </w:p>
    <w:p w14:paraId="08708D60" w14:textId="2CBFCBAB" w:rsidR="00E21802" w:rsidRPr="00B50702" w:rsidRDefault="00306D95" w:rsidP="00BF6ECA">
      <w:pPr>
        <w:pStyle w:val="NoSpacing"/>
        <w:rPr>
          <w:i/>
          <w:iCs/>
          <w:sz w:val="20"/>
          <w:szCs w:val="20"/>
        </w:rPr>
      </w:pPr>
      <w:r>
        <w:t xml:space="preserve">      </w:t>
      </w:r>
      <w:r w:rsidR="00E21802" w:rsidRPr="00B50702">
        <w:rPr>
          <w:i/>
          <w:iCs/>
          <w:sz w:val="20"/>
          <w:szCs w:val="20"/>
        </w:rPr>
        <w:t>(Sponsorships may be tax deductible; please check with your tax advisor.)</w:t>
      </w:r>
    </w:p>
    <w:p w14:paraId="1B3F124D" w14:textId="4F3B47E2" w:rsidR="00306D95" w:rsidRPr="00306D95" w:rsidRDefault="00306D95" w:rsidP="00BF6ECA">
      <w:pPr>
        <w:pStyle w:val="NoSpacing"/>
        <w:rPr>
          <w:sz w:val="16"/>
          <w:szCs w:val="16"/>
        </w:rPr>
      </w:pPr>
    </w:p>
    <w:p w14:paraId="300FD1C1" w14:textId="73D340B5" w:rsidR="006E370D" w:rsidRPr="00E2342A" w:rsidRDefault="00306D95" w:rsidP="00BF6ECA">
      <w:pPr>
        <w:pStyle w:val="NoSpacing"/>
        <w:rPr>
          <w:sz w:val="12"/>
          <w:szCs w:val="1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58127" wp14:editId="03D35312">
                <wp:simplePos x="0" y="0"/>
                <wp:positionH relativeFrom="column">
                  <wp:posOffset>3810</wp:posOffset>
                </wp:positionH>
                <wp:positionV relativeFrom="paragraph">
                  <wp:posOffset>17145</wp:posOffset>
                </wp:positionV>
                <wp:extent cx="87630" cy="125730"/>
                <wp:effectExtent l="57150" t="19050" r="83820" b="1028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257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4E307" id="Rectangle 8" o:spid="_x0000_s1026" style="position:absolute;margin-left:.3pt;margin-top:1.35pt;width:6.9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" filled="f" strokecolor="windowText" strokeweight="1.5pt">
                <v:shadow on="t" color="black" opacity="22937f" origin=",.5" offset="0,.63889mm"/>
              </v:rect>
            </w:pict>
          </mc:Fallback>
        </mc:AlternateContent>
      </w:r>
      <w:r>
        <w:t xml:space="preserve">      </w:t>
      </w:r>
      <w:r w:rsidR="008A249B">
        <w:t>Sponsor</w:t>
      </w:r>
      <w:r w:rsidR="00294B25">
        <w:t xml:space="preserve"> or </w:t>
      </w:r>
      <w:r w:rsidR="008A249B">
        <w:t>d</w:t>
      </w:r>
      <w:r w:rsidR="00145B87">
        <w:t xml:space="preserve">onate online at </w:t>
      </w:r>
      <w:hyperlink r:id="rId8" w:history="1">
        <w:r w:rsidR="004479C8" w:rsidRPr="001319A3">
          <w:rPr>
            <w:rStyle w:val="Hyperlink"/>
          </w:rPr>
          <w:t>www.wcmcaa.org/donate/</w:t>
        </w:r>
      </w:hyperlink>
      <w:r w:rsidR="004479C8">
        <w:t xml:space="preserve">, </w:t>
      </w:r>
      <w:r w:rsidR="00294B25" w:rsidRPr="004479C8">
        <w:rPr>
          <w:rStyle w:val="Hyperlink"/>
          <w:color w:val="auto"/>
          <w:u w:val="none"/>
        </w:rPr>
        <w:t>or scan the QR code at the bottom of this page.</w:t>
      </w:r>
      <w:r w:rsidR="00726E18">
        <w:br/>
      </w:r>
    </w:p>
    <w:p w14:paraId="52E5DF3B" w14:textId="37437B24" w:rsidR="0061641E" w:rsidRPr="005518F5" w:rsidRDefault="0061641E" w:rsidP="00BF6ECA">
      <w:pPr>
        <w:pStyle w:val="NoSpacing"/>
        <w:rPr>
          <w:rFonts w:cstheme="majorHAnsi"/>
          <w:color w:val="1F497D" w:themeColor="text2"/>
        </w:rPr>
      </w:pPr>
      <w:r w:rsidRPr="005C7E7D">
        <w:rPr>
          <w:rFonts w:ascii="Harlow Solid Italic" w:hAnsi="Harlow Solid Italic"/>
          <w:color w:val="1F497D" w:themeColor="text2"/>
          <w:sz w:val="28"/>
          <w:szCs w:val="28"/>
        </w:rPr>
        <w:t>Please complete this form &amp; return to:</w:t>
      </w:r>
      <w:r w:rsidR="005C0ECA">
        <w:rPr>
          <w:rFonts w:ascii="Harlow Solid Italic" w:hAnsi="Harlow Solid Italic"/>
          <w:color w:val="1F497D" w:themeColor="text2"/>
          <w:sz w:val="28"/>
          <w:szCs w:val="28"/>
        </w:rPr>
        <w:t xml:space="preserve">   </w:t>
      </w:r>
      <w:r w:rsidR="008005F7">
        <w:rPr>
          <w:rFonts w:ascii="Harlow Solid Italic" w:hAnsi="Harlow Solid Italic"/>
          <w:color w:val="1F497D" w:themeColor="text2"/>
          <w:sz w:val="28"/>
          <w:szCs w:val="28"/>
        </w:rPr>
        <w:t xml:space="preserve"> </w:t>
      </w:r>
      <w:r w:rsidR="00DB05E4">
        <w:rPr>
          <w:rFonts w:cstheme="majorHAnsi"/>
          <w:color w:val="1F497D" w:themeColor="text2"/>
        </w:rPr>
        <w:t>*</w:t>
      </w:r>
      <w:r w:rsidR="003F075A">
        <w:rPr>
          <w:rFonts w:cstheme="majorHAnsi"/>
          <w:color w:val="1F497D" w:themeColor="text2"/>
        </w:rPr>
        <w:t xml:space="preserve">$250 </w:t>
      </w:r>
      <w:r w:rsidR="003C3CAB" w:rsidRPr="005518F5">
        <w:rPr>
          <w:rFonts w:cstheme="majorHAnsi"/>
          <w:color w:val="1F497D" w:themeColor="text2"/>
        </w:rPr>
        <w:t>and above spo</w:t>
      </w:r>
      <w:r w:rsidR="005518F5" w:rsidRPr="005518F5">
        <w:rPr>
          <w:rFonts w:cstheme="majorHAnsi"/>
          <w:color w:val="1F497D" w:themeColor="text2"/>
        </w:rPr>
        <w:t xml:space="preserve">nsors need to </w:t>
      </w:r>
      <w:r w:rsidR="00B25B02">
        <w:rPr>
          <w:rFonts w:cstheme="majorHAnsi"/>
          <w:color w:val="1F497D" w:themeColor="text2"/>
        </w:rPr>
        <w:t>email</w:t>
      </w:r>
      <w:r w:rsidR="005518F5" w:rsidRPr="005518F5">
        <w:rPr>
          <w:rFonts w:cstheme="majorHAnsi"/>
          <w:color w:val="1F497D" w:themeColor="text2"/>
        </w:rPr>
        <w:t xml:space="preserve"> their logo</w:t>
      </w:r>
      <w:r w:rsidR="00D9161D">
        <w:rPr>
          <w:rFonts w:cstheme="majorHAnsi"/>
          <w:color w:val="1F497D" w:themeColor="text2"/>
        </w:rPr>
        <w:t>, too.</w:t>
      </w:r>
    </w:p>
    <w:p w14:paraId="722C4418" w14:textId="16C7BD76" w:rsidR="0061641E" w:rsidRDefault="0061641E" w:rsidP="00BF6ECA">
      <w:pPr>
        <w:pStyle w:val="NoSpacing"/>
        <w:rPr>
          <w:noProof/>
        </w:rPr>
      </w:pPr>
      <w:r>
        <w:t>W</w:t>
      </w:r>
      <w:r w:rsidR="008005F7">
        <w:t>CMCAA</w:t>
      </w:r>
      <w:r>
        <w:t>, Attn: Gatsby Gamble, 112 W. 4</w:t>
      </w:r>
      <w:r w:rsidRPr="0061641E">
        <w:rPr>
          <w:vertAlign w:val="superscript"/>
        </w:rPr>
        <w:t>th</w:t>
      </w:r>
      <w:r>
        <w:t xml:space="preserve"> St., Appleton City, MO 64724</w:t>
      </w:r>
      <w:r w:rsidR="00D03E14">
        <w:t xml:space="preserve">.  If paid </w:t>
      </w:r>
      <w:r w:rsidR="005C7E7D">
        <w:t xml:space="preserve">using </w:t>
      </w:r>
      <w:r w:rsidR="00D03E14">
        <w:t xml:space="preserve">DONATE NOW, please mail or email the form to </w:t>
      </w:r>
      <w:hyperlink r:id="rId9" w:history="1">
        <w:r w:rsidR="00D03E14" w:rsidRPr="00BA2C20">
          <w:rPr>
            <w:rStyle w:val="Hyperlink"/>
          </w:rPr>
          <w:t>info@wcmcaa.org</w:t>
        </w:r>
      </w:hyperlink>
      <w:r w:rsidR="00D03E14">
        <w:t xml:space="preserve">, subject line: Gatsby Gamble. </w:t>
      </w:r>
    </w:p>
    <w:p w14:paraId="17E4CDBA" w14:textId="701DEE75" w:rsidR="00F35EFF" w:rsidRDefault="004E44F0" w:rsidP="00042AAB">
      <w:pPr>
        <w:pStyle w:val="NoSpacing"/>
        <w:tabs>
          <w:tab w:val="left" w:pos="8844"/>
        </w:tabs>
      </w:pPr>
      <w:r>
        <w:rPr>
          <w:noProof/>
        </w:rPr>
        <w:drawing>
          <wp:inline distT="0" distB="0" distL="0" distR="0" wp14:anchorId="1474061B" wp14:editId="2C31ADEF">
            <wp:extent cx="5029200" cy="687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899" cy="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AAB">
        <w:t xml:space="preserve">         </w:t>
      </w:r>
      <w:r w:rsidR="00042AAB">
        <w:tab/>
      </w:r>
      <w:r w:rsidR="00042AAB">
        <w:rPr>
          <w:noProof/>
        </w:rPr>
        <w:drawing>
          <wp:inline distT="0" distB="0" distL="0" distR="0" wp14:anchorId="4751F99C" wp14:editId="1E7EC3A7">
            <wp:extent cx="777240" cy="685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/>
                    <a:srcRect t="11364"/>
                    <a:stretch/>
                  </pic:blipFill>
                  <pic:spPr bwMode="auto">
                    <a:xfrm>
                      <a:off x="0" y="0"/>
                      <a:ext cx="784276" cy="69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EFF" w:rsidSect="00D82302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1943D2"/>
    <w:multiLevelType w:val="hybridMultilevel"/>
    <w:tmpl w:val="C936B922"/>
    <w:lvl w:ilvl="0" w:tplc="E8BE86BE">
      <w:start w:val="2026"/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741"/>
    <w:rsid w:val="00015F56"/>
    <w:rsid w:val="00034616"/>
    <w:rsid w:val="00042AAB"/>
    <w:rsid w:val="00047941"/>
    <w:rsid w:val="000504D8"/>
    <w:rsid w:val="0006063C"/>
    <w:rsid w:val="000909B6"/>
    <w:rsid w:val="000A5C22"/>
    <w:rsid w:val="000B6E3B"/>
    <w:rsid w:val="000C7D71"/>
    <w:rsid w:val="000E46DC"/>
    <w:rsid w:val="001041D4"/>
    <w:rsid w:val="0013371F"/>
    <w:rsid w:val="00137927"/>
    <w:rsid w:val="001411EA"/>
    <w:rsid w:val="00145B87"/>
    <w:rsid w:val="0015074B"/>
    <w:rsid w:val="001A3DE1"/>
    <w:rsid w:val="001D2D7E"/>
    <w:rsid w:val="001E169E"/>
    <w:rsid w:val="00264323"/>
    <w:rsid w:val="002917DB"/>
    <w:rsid w:val="00294B25"/>
    <w:rsid w:val="0029639D"/>
    <w:rsid w:val="002B167B"/>
    <w:rsid w:val="002D7C65"/>
    <w:rsid w:val="00306D95"/>
    <w:rsid w:val="003225B9"/>
    <w:rsid w:val="00326F90"/>
    <w:rsid w:val="00352D60"/>
    <w:rsid w:val="003547BA"/>
    <w:rsid w:val="00374A38"/>
    <w:rsid w:val="003A785C"/>
    <w:rsid w:val="003B4557"/>
    <w:rsid w:val="003C3CAB"/>
    <w:rsid w:val="003D4C1B"/>
    <w:rsid w:val="003E185A"/>
    <w:rsid w:val="003F075A"/>
    <w:rsid w:val="004479C8"/>
    <w:rsid w:val="00466429"/>
    <w:rsid w:val="00482362"/>
    <w:rsid w:val="004B09DF"/>
    <w:rsid w:val="004E44F0"/>
    <w:rsid w:val="004E6073"/>
    <w:rsid w:val="004F5028"/>
    <w:rsid w:val="00514B74"/>
    <w:rsid w:val="0053184F"/>
    <w:rsid w:val="00541E11"/>
    <w:rsid w:val="005518F5"/>
    <w:rsid w:val="00555596"/>
    <w:rsid w:val="005A3A73"/>
    <w:rsid w:val="005B6E28"/>
    <w:rsid w:val="005C0ECA"/>
    <w:rsid w:val="005C7E7D"/>
    <w:rsid w:val="005E1DE8"/>
    <w:rsid w:val="005F270B"/>
    <w:rsid w:val="00602AA3"/>
    <w:rsid w:val="0061641E"/>
    <w:rsid w:val="006335DD"/>
    <w:rsid w:val="0067012C"/>
    <w:rsid w:val="006A0FD3"/>
    <w:rsid w:val="006E370D"/>
    <w:rsid w:val="006E39BC"/>
    <w:rsid w:val="006F4476"/>
    <w:rsid w:val="006F45E0"/>
    <w:rsid w:val="00726E18"/>
    <w:rsid w:val="00730C7B"/>
    <w:rsid w:val="0073182F"/>
    <w:rsid w:val="0076559D"/>
    <w:rsid w:val="00775631"/>
    <w:rsid w:val="00776B3F"/>
    <w:rsid w:val="00791D25"/>
    <w:rsid w:val="00794E99"/>
    <w:rsid w:val="007A4FD2"/>
    <w:rsid w:val="007C2DBD"/>
    <w:rsid w:val="008005F7"/>
    <w:rsid w:val="00805545"/>
    <w:rsid w:val="00817A7E"/>
    <w:rsid w:val="008A249B"/>
    <w:rsid w:val="008A2838"/>
    <w:rsid w:val="008B1E87"/>
    <w:rsid w:val="008D5015"/>
    <w:rsid w:val="008E77B8"/>
    <w:rsid w:val="008F3848"/>
    <w:rsid w:val="008F584D"/>
    <w:rsid w:val="00935850"/>
    <w:rsid w:val="0095130D"/>
    <w:rsid w:val="009541B0"/>
    <w:rsid w:val="00960E88"/>
    <w:rsid w:val="00977DEE"/>
    <w:rsid w:val="009A6631"/>
    <w:rsid w:val="009D3513"/>
    <w:rsid w:val="009F36DE"/>
    <w:rsid w:val="009F3FCE"/>
    <w:rsid w:val="00A14B16"/>
    <w:rsid w:val="00A14BBC"/>
    <w:rsid w:val="00A23998"/>
    <w:rsid w:val="00A2687A"/>
    <w:rsid w:val="00A270A7"/>
    <w:rsid w:val="00A30BBC"/>
    <w:rsid w:val="00A45FFC"/>
    <w:rsid w:val="00A62522"/>
    <w:rsid w:val="00A70B0A"/>
    <w:rsid w:val="00A76113"/>
    <w:rsid w:val="00A870FF"/>
    <w:rsid w:val="00AA1D8D"/>
    <w:rsid w:val="00AA34FA"/>
    <w:rsid w:val="00AB412F"/>
    <w:rsid w:val="00AC5F9A"/>
    <w:rsid w:val="00AE2FAE"/>
    <w:rsid w:val="00AE71CD"/>
    <w:rsid w:val="00AF1C7C"/>
    <w:rsid w:val="00AF437F"/>
    <w:rsid w:val="00B14364"/>
    <w:rsid w:val="00B25B02"/>
    <w:rsid w:val="00B47730"/>
    <w:rsid w:val="00B4782D"/>
    <w:rsid w:val="00B50702"/>
    <w:rsid w:val="00B6376C"/>
    <w:rsid w:val="00BC0D18"/>
    <w:rsid w:val="00BF0BF7"/>
    <w:rsid w:val="00BF5E31"/>
    <w:rsid w:val="00BF6ECA"/>
    <w:rsid w:val="00BF7984"/>
    <w:rsid w:val="00C265B1"/>
    <w:rsid w:val="00C34A78"/>
    <w:rsid w:val="00C770B9"/>
    <w:rsid w:val="00C856DA"/>
    <w:rsid w:val="00CA4F37"/>
    <w:rsid w:val="00CA7DE2"/>
    <w:rsid w:val="00CB0664"/>
    <w:rsid w:val="00D03E14"/>
    <w:rsid w:val="00D34D10"/>
    <w:rsid w:val="00D73A96"/>
    <w:rsid w:val="00D75A26"/>
    <w:rsid w:val="00D768A3"/>
    <w:rsid w:val="00D777DB"/>
    <w:rsid w:val="00D82302"/>
    <w:rsid w:val="00D9161D"/>
    <w:rsid w:val="00DB05E4"/>
    <w:rsid w:val="00DB475F"/>
    <w:rsid w:val="00DB4A15"/>
    <w:rsid w:val="00DC6520"/>
    <w:rsid w:val="00DF5A4C"/>
    <w:rsid w:val="00DF5EBA"/>
    <w:rsid w:val="00E1422D"/>
    <w:rsid w:val="00E21802"/>
    <w:rsid w:val="00E2342A"/>
    <w:rsid w:val="00E346AF"/>
    <w:rsid w:val="00E84E55"/>
    <w:rsid w:val="00EA10AC"/>
    <w:rsid w:val="00EC0628"/>
    <w:rsid w:val="00EC15A3"/>
    <w:rsid w:val="00EE6F11"/>
    <w:rsid w:val="00F068C7"/>
    <w:rsid w:val="00F12916"/>
    <w:rsid w:val="00F2178B"/>
    <w:rsid w:val="00F35EFF"/>
    <w:rsid w:val="00F62FE3"/>
    <w:rsid w:val="00F67560"/>
    <w:rsid w:val="00F72C7F"/>
    <w:rsid w:val="00F75FC3"/>
    <w:rsid w:val="00F840AB"/>
    <w:rsid w:val="00F9586B"/>
    <w:rsid w:val="00FC693F"/>
    <w:rsid w:val="00FF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D39145"/>
  <w14:defaultImageDpi w14:val="300"/>
  <w15:docId w15:val="{80084A0F-2E0A-472B-885A-C679AD7A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45B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B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31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5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cmcaa.org/donat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wcmcaa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wcmcaa.org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8FBA32893C540A00FE3E5BDE6065E" ma:contentTypeVersion="10" ma:contentTypeDescription="Create a new document." ma:contentTypeScope="" ma:versionID="dd8d7cfd2a69b90b4df291a1daca061f">
  <xsd:schema xmlns:xsd="http://www.w3.org/2001/XMLSchema" xmlns:xs="http://www.w3.org/2001/XMLSchema" xmlns:p="http://schemas.microsoft.com/office/2006/metadata/properties" xmlns:ns2="b9405955-ec73-4331-8f9c-81565b3d9233" xmlns:ns3="a00f81c9-6f34-4a30-b5e8-828a710255d8" targetNamespace="http://schemas.microsoft.com/office/2006/metadata/properties" ma:root="true" ma:fieldsID="f62cdf5f9c2c19de3792c16229c27f98" ns2:_="" ns3:_="">
    <xsd:import namespace="b9405955-ec73-4331-8f9c-81565b3d9233"/>
    <xsd:import namespace="a00f81c9-6f34-4a30-b5e8-828a71025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05955-ec73-4331-8f9c-81565b3d9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ec62a16-1209-4a3d-bab4-03a92f995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f81c9-6f34-4a30-b5e8-828a710255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f4edb8-b328-4939-9fb4-f94cc72262f3}" ma:internalName="TaxCatchAll" ma:showField="CatchAllData" ma:web="a00f81c9-6f34-4a30-b5e8-828a71025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05955-ec73-4331-8f9c-81565b3d9233">
      <Terms xmlns="http://schemas.microsoft.com/office/infopath/2007/PartnerControls"/>
    </lcf76f155ced4ddcb4097134ff3c332f>
    <TaxCatchAll xmlns="a00f81c9-6f34-4a30-b5e8-828a710255d8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01B185-2167-49E1-BAF9-A5A2F8676952}"/>
</file>

<file path=customXml/itemProps3.xml><?xml version="1.0" encoding="utf-8"?>
<ds:datastoreItem xmlns:ds="http://schemas.openxmlformats.org/officeDocument/2006/customXml" ds:itemID="{76DE56B3-F191-4382-BB6B-2A750A648734}"/>
</file>

<file path=customXml/itemProps4.xml><?xml version="1.0" encoding="utf-8"?>
<ds:datastoreItem xmlns:ds="http://schemas.openxmlformats.org/officeDocument/2006/customXml" ds:itemID="{398F3311-3DBB-4949-8113-36605BECC6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Jana Witt</cp:lastModifiedBy>
  <cp:revision>96</cp:revision>
  <cp:lastPrinted>2026-03-25T15:18:00Z</cp:lastPrinted>
  <dcterms:created xsi:type="dcterms:W3CDTF">2026-03-03T00:35:00Z</dcterms:created>
  <dcterms:modified xsi:type="dcterms:W3CDTF">2026-03-25T15:21:00Z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0x0101006A98FBA32893C540A00FE3E5BDE6065E</vt:lpwstr>
  </property>
</Properties>
</file>